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5D0EC" w14:textId="191D9FA9" w:rsidR="00A90DC1" w:rsidRDefault="00FA12AE" w:rsidP="00FA12AE">
      <w:pPr>
        <w:pStyle w:val="Titre1"/>
        <w:jc w:val="right"/>
        <w:rPr>
          <w:color w:val="auto"/>
        </w:rPr>
      </w:pPr>
      <w:r>
        <w:rPr>
          <w:rFonts w:ascii="Lato" w:hAnsi="Lato"/>
          <w:b w:val="0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36DF2B36" wp14:editId="0A1DB3F8">
            <wp:simplePos x="1171575" y="1219200"/>
            <wp:positionH relativeFrom="margin">
              <wp:align>left</wp:align>
            </wp:positionH>
            <wp:positionV relativeFrom="margin">
              <wp:align>top</wp:align>
            </wp:positionV>
            <wp:extent cx="1257300" cy="1229868"/>
            <wp:effectExtent l="0" t="0" r="0" b="8890"/>
            <wp:wrapSquare wrapText="bothSides"/>
            <wp:docPr id="100003" name="Image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29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12AE">
        <w:rPr>
          <w:color w:val="auto"/>
        </w:rPr>
        <w:t>FORMULAIRE DE PRISE DE RENDEZ-VOUS / DEMANDE DE CONSULTATION URBANSIME</w:t>
      </w:r>
    </w:p>
    <w:p w14:paraId="77F0C1E9" w14:textId="77777777" w:rsidR="00FA12AE" w:rsidRDefault="00FA12AE" w:rsidP="00FA12AE"/>
    <w:p w14:paraId="3DBB510C" w14:textId="77777777" w:rsidR="00FA12AE" w:rsidRDefault="00FA12AE" w:rsidP="00FA12AE"/>
    <w:p w14:paraId="40FCD715" w14:textId="31CAA09E" w:rsidR="00A90DC1" w:rsidRDefault="00000000">
      <w:proofErr w:type="gramStart"/>
      <w:r>
        <w:t>Nom :</w:t>
      </w:r>
      <w:proofErr w:type="gramEnd"/>
      <w:r>
        <w:t xml:space="preserve"> ___________________________</w:t>
      </w:r>
      <w:r w:rsidR="00FA12AE">
        <w:t>______________________________________________________________________________</w:t>
      </w:r>
    </w:p>
    <w:p w14:paraId="3ED4294E" w14:textId="513C9BD3" w:rsidR="00A90DC1" w:rsidRDefault="00000000">
      <w:proofErr w:type="gramStart"/>
      <w:r>
        <w:t>Prénom :</w:t>
      </w:r>
      <w:proofErr w:type="gramEnd"/>
      <w:r>
        <w:t xml:space="preserve"> _________________________</w:t>
      </w:r>
      <w:r w:rsidR="00FA12AE">
        <w:t>________________________________________________________________________________</w:t>
      </w:r>
    </w:p>
    <w:p w14:paraId="6C4165A8" w14:textId="2BF6602B" w:rsidR="00A90DC1" w:rsidRDefault="00000000">
      <w:proofErr w:type="gramStart"/>
      <w:r>
        <w:t>Téléphone :</w:t>
      </w:r>
      <w:proofErr w:type="gramEnd"/>
    </w:p>
    <w:p w14:paraId="55553967" w14:textId="41881064" w:rsidR="00FA12AE" w:rsidRDefault="00FA12AE">
      <w:r>
        <w:t>_________________________________________________________________________________________________________</w:t>
      </w:r>
    </w:p>
    <w:p w14:paraId="23E5D372" w14:textId="6C20023B" w:rsidR="00A90DC1" w:rsidRDefault="00000000">
      <w:r>
        <w:t xml:space="preserve">Adresse </w:t>
      </w:r>
      <w:proofErr w:type="gramStart"/>
      <w:r>
        <w:t>e-mail :</w:t>
      </w:r>
      <w:proofErr w:type="gramEnd"/>
      <w:r>
        <w:t xml:space="preserve"> </w:t>
      </w:r>
    </w:p>
    <w:p w14:paraId="34F30807" w14:textId="6A87CF34" w:rsidR="00FA12AE" w:rsidRDefault="00FA12AE">
      <w:r>
        <w:t>_________________________________________________________________________________________________________</w:t>
      </w:r>
    </w:p>
    <w:p w14:paraId="42ED882B" w14:textId="7724F5D9" w:rsidR="00A90DC1" w:rsidRDefault="00000000">
      <w:r>
        <w:t xml:space="preserve">Numéro de </w:t>
      </w:r>
      <w:proofErr w:type="gramStart"/>
      <w:r>
        <w:t>dossier :</w:t>
      </w:r>
      <w:proofErr w:type="gramEnd"/>
      <w:r>
        <w:t xml:space="preserve"> </w:t>
      </w:r>
    </w:p>
    <w:p w14:paraId="5B1E45BE" w14:textId="33667BC4" w:rsidR="00FA12AE" w:rsidRDefault="00FA12AE">
      <w:r>
        <w:t>_________________________________________________________________________________________________________</w:t>
      </w:r>
    </w:p>
    <w:p w14:paraId="2D8DA59A" w14:textId="7DA6DDB3" w:rsidR="00A90DC1" w:rsidRDefault="00000000">
      <w:r>
        <w:t xml:space="preserve">Section cadastrale / </w:t>
      </w:r>
      <w:proofErr w:type="spellStart"/>
      <w:r>
        <w:t>Référence</w:t>
      </w:r>
      <w:proofErr w:type="spellEnd"/>
      <w:r>
        <w:t xml:space="preserve"> </w:t>
      </w:r>
      <w:proofErr w:type="spellStart"/>
      <w:proofErr w:type="gramStart"/>
      <w:r>
        <w:t>cadastrale</w:t>
      </w:r>
      <w:proofErr w:type="spellEnd"/>
      <w:r>
        <w:t xml:space="preserve"> :</w:t>
      </w:r>
      <w:proofErr w:type="gramEnd"/>
      <w:r>
        <w:t xml:space="preserve"> </w:t>
      </w:r>
    </w:p>
    <w:p w14:paraId="1C70C79A" w14:textId="2DA61FD6" w:rsidR="00FA12AE" w:rsidRDefault="00FA12AE">
      <w:r>
        <w:t>_________________________________________________________________________________________________________</w:t>
      </w:r>
    </w:p>
    <w:p w14:paraId="7C4963EB" w14:textId="41A0F084" w:rsidR="00FA12AE" w:rsidRDefault="00000000">
      <w:r>
        <w:t xml:space="preserve">Adresse du </w:t>
      </w:r>
      <w:proofErr w:type="gramStart"/>
      <w:r>
        <w:t>terrain :</w:t>
      </w:r>
      <w:proofErr w:type="gramEnd"/>
      <w:r>
        <w:t xml:space="preserve"> </w:t>
      </w:r>
    </w:p>
    <w:p w14:paraId="35CE920D" w14:textId="50C5BCB6" w:rsidR="00FA12AE" w:rsidRDefault="00FA12AE">
      <w:r>
        <w:t>_________________________________________________________________________________________________________</w:t>
      </w:r>
    </w:p>
    <w:p w14:paraId="7E41F764" w14:textId="3C1088BD" w:rsidR="00A90DC1" w:rsidRDefault="00FA12A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A80B7" wp14:editId="6599FCCD">
                <wp:simplePos x="0" y="0"/>
                <wp:positionH relativeFrom="column">
                  <wp:posOffset>-9524</wp:posOffset>
                </wp:positionH>
                <wp:positionV relativeFrom="paragraph">
                  <wp:posOffset>252730</wp:posOffset>
                </wp:positionV>
                <wp:extent cx="5410200" cy="1724025"/>
                <wp:effectExtent l="57150" t="19050" r="76200" b="104775"/>
                <wp:wrapNone/>
                <wp:docPr id="1165827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1724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BC7091A" id="Rectangle 1" o:spid="_x0000_s1026" style="position:absolute;margin-left:-.75pt;margin-top:19.9pt;width:426pt;height:13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" fillcolor="white [3212]" strokecolor="black [3213]">
                <v:shadow on="t" color="black" opacity="22937f" origin=",.5" offset="0,.63889mm"/>
              </v:rect>
            </w:pict>
          </mc:Fallback>
        </mc:AlternateContent>
      </w:r>
      <w:r w:rsidR="00000000">
        <w:t xml:space="preserve">Description </w:t>
      </w:r>
      <w:proofErr w:type="spellStart"/>
      <w:r w:rsidR="00000000">
        <w:t>courte</w:t>
      </w:r>
      <w:proofErr w:type="spellEnd"/>
      <w:r w:rsidR="00000000">
        <w:t xml:space="preserve"> du </w:t>
      </w:r>
      <w:proofErr w:type="spellStart"/>
      <w:r w:rsidR="00000000">
        <w:t>projet</w:t>
      </w:r>
      <w:proofErr w:type="spellEnd"/>
      <w:r w:rsidR="00000000">
        <w:t xml:space="preserve"> / de la </w:t>
      </w:r>
      <w:proofErr w:type="gramStart"/>
      <w:r w:rsidR="00000000">
        <w:t>demande :</w:t>
      </w:r>
      <w:proofErr w:type="gramEnd"/>
      <w:r w:rsidR="00000000">
        <w:br/>
      </w:r>
    </w:p>
    <w:p w14:paraId="11195DE3" w14:textId="77777777" w:rsidR="00FA12AE" w:rsidRDefault="00FA12AE"/>
    <w:p w14:paraId="7492E776" w14:textId="77777777" w:rsidR="00FA12AE" w:rsidRDefault="00FA12AE"/>
    <w:p w14:paraId="5570D48C" w14:textId="77777777" w:rsidR="00FA12AE" w:rsidRDefault="00FA12AE"/>
    <w:p w14:paraId="0BC76866" w14:textId="77777777" w:rsidR="00FA12AE" w:rsidRDefault="00FA12AE"/>
    <w:p w14:paraId="2BC17EEF" w14:textId="77777777" w:rsidR="00FA12AE" w:rsidRDefault="00FA12AE"/>
    <w:p w14:paraId="37A367B5" w14:textId="308DD5CF" w:rsidR="00A90DC1" w:rsidRDefault="00A90DC1"/>
    <w:sectPr w:rsidR="00A90D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8108275">
    <w:abstractNumId w:val="8"/>
  </w:num>
  <w:num w:numId="2" w16cid:durableId="1525827887">
    <w:abstractNumId w:val="6"/>
  </w:num>
  <w:num w:numId="3" w16cid:durableId="1140265013">
    <w:abstractNumId w:val="5"/>
  </w:num>
  <w:num w:numId="4" w16cid:durableId="507910992">
    <w:abstractNumId w:val="4"/>
  </w:num>
  <w:num w:numId="5" w16cid:durableId="277487610">
    <w:abstractNumId w:val="7"/>
  </w:num>
  <w:num w:numId="6" w16cid:durableId="1032724313">
    <w:abstractNumId w:val="3"/>
  </w:num>
  <w:num w:numId="7" w16cid:durableId="1074663543">
    <w:abstractNumId w:val="2"/>
  </w:num>
  <w:num w:numId="8" w16cid:durableId="1781099995">
    <w:abstractNumId w:val="1"/>
  </w:num>
  <w:num w:numId="9" w16cid:durableId="23405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2682"/>
    <w:rsid w:val="00326F90"/>
    <w:rsid w:val="00470709"/>
    <w:rsid w:val="00A90DC1"/>
    <w:rsid w:val="00AA1D8D"/>
    <w:rsid w:val="00B47730"/>
    <w:rsid w:val="00BF747B"/>
    <w:rsid w:val="00CB0664"/>
    <w:rsid w:val="00FA12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9F014"/>
  <w14:defaultImageDpi w14:val="300"/>
  <w15:docId w15:val="{A969F185-5EEE-4BCC-BC59-0CF6F6B0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Henry GALINDO</cp:lastModifiedBy>
  <cp:revision>3</cp:revision>
  <dcterms:created xsi:type="dcterms:W3CDTF">2013-12-23T23:15:00Z</dcterms:created>
  <dcterms:modified xsi:type="dcterms:W3CDTF">2026-07-23T16:00:00Z</dcterms:modified>
  <cp:category/>
</cp:coreProperties>
</file>